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Конюковой Любови Геннадьевне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