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Меркушину Вадиму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