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«КНАУФ ГИПС КУБАНЬ» (далее – общество) обратилось в Арбитражный суд Краснодарского края с заявлением к Южному межрегиональному управлению Федеральной службы по надзору в сфере природопользования (далее – административный орган) о признании незаконным и отмене постановления от 14.05.2021 № 04-23-212-П-2 о привлечении к административной ответственности, предусмотренной частью 2 статьи 7.3 Кодекса Российской Федерации об административных правонарушениях (далее – КоАП РФ). 2 Решением Арбитражного суда Краснодарского края от 27.12.2021, оставленным без изменения постановлением Пятнадцатого арбитражного апелляционного суда от 22.04.2022, обществу отказано в удовлетворении заявления. Арбитражный суд Северо-Кавказского округа постановлением от 29.07.2022 отменил указанные судебные акты и удовлетворил заявление общества. Административный орган обратился в Верховный Суд Российской Федерации с кассационной жалобой на постановление суда округа, в которой просит его отменить. Письмом судьи Верховного Суда Российской Федерации от 23.11.2022 были истребованы материалы дела из Арбитражного суда Краснодарского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14.05.2021 № 04-23-212-П-2 общество привлечено к административной ответственности, предусмотренной частью 2 статьи 7.3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общество оспорило его в арбитражном суде. Суды первой и апелляционной инстанций признали правомерным оспариваемое постановление административного органа и отказали обществу в удовлетворении заявления. Принимая во внимание установленные судами первой и апелляционной инстанций фактические обстоятельства дела, руководствуясь положениями Закона Российской Федерации от 21.02.1992 № 2395-1 «О недрах» (в редакции, действующей в спорный период), Положения об установлении и изменении 3 границ участков недр, предоставленных в пользование, утвержденного Постановлением Правительства Российской Федерации от 03.05.2012 № 429, Административного регламента Федерального агентства по недропользованию по исполнению государственных функций по осуществлению выдачи, оформления и регистрации лицензий на пользование недрами, внесения изменений и дополнений в лицензии на пользование участками недр, а также переоформления лицензий и принятия, в том числе по представлению Федеральной службы по надзору в сфере природопользования и иных уполномоченных органов, решений о досрочном прекращении, приостановлении и ограничении права пользования участками недр, утвержденного приказом Минприроды России от 29.09.2009 № 315, Правил подготовки и оформления документов, удостоверяющих уточненные границы горного отвода, утвержденных Постановлением Правительства Российской Федерации от 29.07.2015 № 770, Положения о порядке лицензирования пользования недрами, утвержденного Постановлением Верховного Совета Российской Федерации от 15.07.1992 № 3314-1, суд округа, исходя из отсутствия нарушений обществом условий лицензий на пользование недрами и как следствие оснований для привлечения к административной ответственности, предусмотренной частью 2 статьи 7.3 КоАП РФ, отменил судебные акты судов первой и апелляционной инстанций и удовлетворил заявленные обществом требования. Обжалуя постановление суда округа в Верховный Суд Российской Федерации, административный орган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отсутствием в действиях общества состава вмененного правонарушения. Несогласие административного органа с толкованием судом округа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производства. Доводы административного органа, изложенные в кассационной жалобе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4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