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Тульской области «Организатор перевозок и навигации»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