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Остапенко Владимиру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