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«Омская энергосбытовая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"Омская энергосбытовая компания" (подробнее) Ответчики: Государственная жилищная инспекция Омской области (подробнее) Судьи дела: Пронина М.В.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