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Кусербаеву Ильмару Ильдусовичу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