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2 кадастра и картографии по Ханты-Мансийскому автономному округу - Югре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