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инспекции по контролю за использованием объектов недвижимости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"СПЕЦИАЛИЗИРОВАННЫЙ ЗАСТРОЙЩИК "СЕВЕРО-ВОСТОК СТОЛИЦЫ" (подробнее) Россия, 123007, ГОРОД МОСКВА, Г. МОСКВА, УЛ. РОЗАНОВА, Д. 6, ПОМЕЩЕНИЕ II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