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Гуляеву Виталию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