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ФИО3 Арбитражным судом Курганской области рассмотрен объединенный спор по заявлениям ФИО2 и ФИО1 о признании требований, включенных в реестр требований кредиторов должника, общим обязательством супругов Ш-вых. Определением Арбитражного суда Курганской области от 15.04.2022, оставленным без изменения постановлением Восемнадцатого арбитражного апелляционного суда от 21.06.2022 и постановлением Арбитражного суда Уральского округа от 28.09.2022, в удовлетворении заявлений кредиторов отказано. ФИО2 и ФИО1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35, 39, 45 Семейного кодекса Российской Федерации, статьями 213.25 , 213.26 Федерального закона от 26.10.2002 № 127-ФЗ «О несостоятельности (банкротстве)», разъяснениями, изложенными в пункте 5 Обзора судебной практики Верховного Суда Российской Федерации № 1 (2016), утвержденного Президиумом Верховного Суда Российской Федерации 13.04.2016, установив, что денежные средства были взяты для передачи третьему лицу, а не для обеспечения нужд семьи, доказательств расходования заемных средств в интересах семьи не представлено, суды пришли к выводу об отсутствии оснований для признания спорных долгов общим обязательством супругов.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ААУ "Содружество" (подробнее) ААУ "Центр финансового оздоровления предприятий агропромышленного комплекса" (подробнее) АО "ВУЗ-БАНК" (подробнее) АО "Тинькофф Банк" (подробнее) АССОЦИАЦИЯ АРБИТРАЖНЫХ УПРАВЛЯЮЩИХ "ГАРАНТИЯ" (подробнее) АССОЦИАЦИЯ АРБИТРАЖНЫХ УПРАВЛЯЮЩИХ "ЕВРАЗИЯ" (подробнее) Ассоциация арбитражных управляющих "ОРИОН" (подробнее) Ассоциация арбитражных управляющих Саморегулируемая организация "Центральное агентство арбитражных управляющих" (подробнее) АССОЦИАЦИЯ АРБИТРАЖНЫХ УПРАВЛЯЮЩИХ "СИБИРСКИЙ ЦЕНТР ЭКСПЕРТОВ АНТИКРИЗИСНОГО УПРАВЛЕНИЯ" (подробнее) Ассоциация арбитражных управляющих "Солидарность" (подробнее) Ассоциация Ведущих Арбитражных Управляющих "Достояние" (подробнее) Ассоциация "Дальневосточкая межрегиональная саморегулируемая организация профессиональных арбитражных управляющих" (подробнее) АССОЦИАЦИЯ ЕВРОСИБИРСКАЯ САМОРЕГУЛИРУЕМАЯ ОРГАНИЗАЦИЯ АРБИТРАЖНЫХ УПРАВЛЯЮЩИХ (подробнее) Ассоциация "Краснодарская межрегиональная саморегулируемая организация арбитражных управляющих "Единство" (подробнее) Ассоциация "Межрегиональная саморегулируемая организация арбитражных управляющих" (подробнее) Ассоциация "Межрегиональная саморегулируемая организация арбитражных управляющих "Содействие" (подробнее) АССОЦИАЦИЯ "МЕЖРЕГИОНАЛЬНАЯ САМОРЕГУЛИРУЕМАЯ ОРГАНИЗАЦИЯ ПРОФЕССИОНАЛЬНЫХ АРБИТРАЖНЫХ УПРАВЛЯЮЩИХ" (подробнее) Ассоциация "Московская саморегулируемая организация прфоессиональных арбитражных управляющих" (подробнее) АССОЦИАЦИЯ "НАЦИОНАЛЬНАЯ ОРГАНИЗАЦИЯ АРБИТРАЖНЫХ УПРАВЛЯЮЩИХ" (подробнее) Ассоциация "Региональная саморегулируемая организация профессиональных арбитражных управляющих" (подробнее) АССОЦИАЦИЯ "САМОРЕГУЛИРУЕМАЯ ОРГАНИЗАЦИЯ АРБИТРАЖНЫХ УПРАВЛЯЮЩИХ "ЛИГА" (подробнее) АССОЦИАЦИЯ САМОРЕГУЛИРУЕМАЯ ОРГАНИЗАЦИЯ АРБИТРАЖНЫХ УПРАВЛЯЮЩИХ "МЕЖРЕГИОНАЛЬНЫЙ ЦЕНТР ЭКСПЕРТОВ И ПРОФЕССИОНАЛЬНЫХ УПРАВЛЯЮЩИХ" (подробнее) Ассоциация "Саморегулируемая организация арбитражных управляющих "Меркурий" (подробнее) АССОЦИАЦИЯ "САМОРЕГУЛИРУЕМАЯ ОРГАНИЗАЦИЯ АРБИТРАЖНЫХ УПРАВЛЯЮЩИХ ЦЕНТРАЛЬНОГО ФЕДЕРАЛЬНОГО ОКРУГА" (подробнее) АССОЦИАЦИЯ САМОРЕГУЛИРУЕМАЯ ОРГАНИЗАЦИЯ АРБИТРАЖНЫХ УПРАВЛЯЮЩИХ "ЭГИДА" (подробнее) Ассоциация "Саморегулируемая организация арбитражных управляющих "Южный Урал" (подробнее) АССОЦИАЦИЯ САМОРЕГУЛИРУЕМАЯ ОРГАНИЗАЦИЯ "ОБЪЕДИНЕНИЕ АРБИТРАЖНЫХ УПРАВЛЯЮЩИХ "ЛИДЕР" (подробнее) Ассоциация "Сибирская гильдия антикризисных управляющих" (подробнее) Ассоциация Сибирская гильдия антикризисных управляющих (подробнее) АССОЦИАЦИЯ "УРАЛО-СИБИРСКОЕ ОБЪЕДИНЕНИЕ АРБИТРАЖНЫХ УПРАВЛЯЮЩИХ" (подробнее) ГКУ Центр занятости населения г.Кургана (подробнее) ГУ МВД России по Свердловской области (подробнее) ГУ Отделение пенсионного фонда Российской Федерации по Курганской области (подробнее) ИФНС России по г.Кургану (подробнее) Крымский Союз профессиональных арбитражных управляющих "Эксперт" (подробнее) Курганская ипотечно-жилищная корпорация (подробнее) НП Саморегулируемая организация арбитражных управляющих "Развитие" (подробнее) НП Союз "Межрегиональная саморегулируемая организация профессиональных арбитражных управляющих "Альянс управляющих" (подробнее) ООО "ДОМ.РФ Управление проектами" (подробнее) ООО "Новая Волна Курган" (подробнее) Отдел адресно-справочной работы по Курганской области (подробнее) ПАО Банк "Финансовая Корпорация Открытие" (подробнее) ПАО "МТС Банк" (подробнее) ПАО "Сбербанк России" (подробнее) ПАО "Совкомбанк" (подробнее) Саморегулируемая межрегиональная "Ассоциация антикризисных управляющих" (подробнее) САМОРЕГУЛИРУЕМАЯ ОРГАНИЗАЦИЯ "АССОЦИАЦИЯ АРБИТРАЖНЫХ УПРАВЛЯЮЩИХ "ПАРИТЕТ" (подробнее) Саморегулируемая организация ассоциация арбитражных управляющих "Правосознание" (подробнее) САМОРЕГУЛИРУЕМАЯ ОРГАНИЗАЦИЯ АССОЦИАЦИЯ АРБИТРАЖНЫХ УПРАВЛЯЮЩИХ "СИНЕРГИЯ" (подробнее) САМОРЕГУЛИРУЕМАЯ ОРГАНИЗАЦИЯ "СОЮЗ МЕНЕДЖЕРОВ И АРБИТРАЖНЫХ УПРАВЛЯЮЩИХ" (подробнее) САУ "СОЗИДАНИЕ" (подробнее) Служба ЗАГС Администрации Варгашинского района Курганской области (подробнее) Союз арбитражных управляющих "Авангард" (подробнее) Союз Арбитражных Управляющих "Возрождение" (подробнее) Союз арбитражных управляющих "Континет" (саморегулируемая организация) (подробнее) Союз арбитражных управляющих "Саморегулируемая организация "ДЕЛО" (подробнее) СОЮЗ АРБИТРАЖНЫХ УПРАВЛЯЮЩИХ "САМОРЕГУЛИРУЕМАЯ ОРГАНИЗАЦИЯ "СЕВЕРНАЯ СТОЛИЦА" (подробнее) Союз "Саморегулируемая организация арбитражных управляющих "Альянс" (подробнее) Союз "Саморегулируемая организация арбитражных управляющих Северо-Запада" (подробнее) Союз "Саморегулируемая организация арбитражных управляющих "Стратегия" (подробнее) Союз "Саморегулируемая организация "Гильдия арбитражных управляющих" (подробнее) СОЮЗ "УРАЛЬСКАЯ САМОРЕГУЛИРУЕМАЯ ОРГАНИЗАЦИЯ АРБИТРАЖНЫХ УПРАВЛЯЮЩИХ" (подробнее) Союх АУ "Созидание" (подробнее) СРО Ассоциации "Национальная организация профессиональных арбитражных управляющих" (подробнее) СРО Союз "Межрегиональный центр АУ" (подробнее) ТСЖ "Атлант" (подробнее) УМВД России по Курганской области (подробнее) Управление ЗАГС по Курганской области (подробнее) Управление по вопросам миграции УМВД России по Курганской области (подробнее) Управление Федеральной миграционной службы по Свердловской области (подробнее) Управление ФС государственной регистрации, кадастра и картографии по Курганской области (подробнее) УФМС МВД России по Курганской области (подробнее) УФНС России по Курганской области (подробнее) УФНС России по Тюменской области (подробнее) ФГБУ Филиал "Федеральная кадастровая палата Федеральной службы государственной регистрации, кадастра и картографии по Курганской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