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«Балтийский городской округ» Калининградской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