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геста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иалес" (подробнее) Ответчики: Дагестан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