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Дагестанской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"Калипсо" (подробнее) Ответчики: Дагестанская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