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Белореченского района – Жилкомсервис»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