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инспекции Республики Татарстан по обеспечению 2 государственного контроля за производством, оборотом и качеством этилового спирта и алкогольной продукции и защите прав потребителей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