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инспекции Республики Татарстан по обеспечению государственного контроля за производством, оборотом и качеством этилового спирта, алкогольной продукции и защите прав потребителей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Государственная инспекция Республика Татарстан по обеспечению Государственного контроля за производством, оборотом и качеством этилового спирта и алкогольной продукции и защите прав потребителей, г.Казань (подробнее) Ответчики: АО "Тандер", г. Краснодар (подробнее) Иные лица: Одиннадцатый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