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Республике Северная Осетия-Алания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РСО-Алания (подробнее) Управление Федеральной службы государственной регистрации, кадастра и картографии по РСО-Алания (подробнее) Ответчики: АУ Пшуков Т.Х.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