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«Блеск»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"Блеск" (подробнее) Ответчики: ГОСУДАРСТВЕННОЕ БЮДЖЕТНОЕ УЧРЕЖДЕНИЕ СТАВРОПОЛЬСКОГО КРАЯ "СТАВАВТОДОР"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