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налоговой службы по Ульяновской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"Строительно-монтажное управление" (подробнее) Ответчики: Инспекция Федеральной налоговой службы по Заволжскому району г. Ульяновска (подробнее) МЕЖРАЙОННАЯ ИНСПЕКЦИЯ ФЕДЕРАЛЬНОЙ НАЛОГОВОЙ СЛУЖБЫ №8 ПО УЛЬЯНОВСКОЙ ОБЛАСТИ (подробнее) Иные лица: ООО "ЖСС "Абсолют" (подробнее) Управление Федеральной налоговой службы по Ульяновской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