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«Рассмед-сервис»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"Россмед-сервис" (подробнее) Ответчики: Управление Федеральной антимонопольной службы по Кировской области (подробнее) Иные лица: ИП Емельянова Галина Ивановна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