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«Ипон-Логистик»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"ИПОН-ЛОГИСТИК" (подробнее) Ответчики: Межрайонная Инспекция Федеральной налоговой службы №15 по Приморскому краю (подробнее) Управление Федеральной Налоговой службы по Приморскому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