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«Северо-Кавказское территориальное управление имущественных отношений» Министерства обороны Российской Федерации (далее – Учреждение) обратилось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предоставлении отсрочки уплаты государственной пошлины, указав на отсутствие денежных средств для уплаты пошлины. В обоснование ходатайства Учреждение представило уведомление Управления Федерального казначейства по Ростовской области от 22.03.2016 о приостановлении операций по расходованию средств на лицевых счетах ответчика.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Поскольку представленный заявителем жалобы в обоснование ходатайства документ свидетельствует об отсутствии у него возможности уплатить государственную пошлину по кассационной жалобе, ходатайство является обоснованным и подлежит удовлетворению. Учитывая изложенное и руководствуясь статьей 102 Арбитражного процессуального кодекса Российской Федерации, пунктом 2 статьи 333.22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казенного учреждения «Северо-Кавказское территориальное управление имущественных отношений» Министерства обороны Российской Федерации о предоставлении отсрочки уплаты государственной пошлины удовлетворить. Предоставить федеральному государственному казенному учреждению «Северо-Кавказское территориальное управление имущественных отношений» Министерства обороны Российской Федерации отсрочку уплаты государственной пошлины до окончания производства по кассационной жалобе на решение Арбитражного суда Карачаево-Черкесской Республики от 21.05.2015, постановление Шестнадцатого арбитражного апелляционного суда от 06.10.2015 и постановление Арбитражного суда Северо-Кавказского округа от 12.02.2016 по делу № А25-1605/2014. Судья Верховного Суда Российской Федерации А.Н.Маненков Суд: Верховный Суд РФ (подробнее) Истцы: Образовательное учреждение дополнительного профессионального образования "Региональный Центр военно-патриотического воспитания и подготовки граждан (молодежи) к военной службе ДОСААФ России КЧР (подробнее) Ответчики: Военный комиссариат КЧР (подробнее) Министерство обороны Российской Федерации (подробнее) Министерство обороны РФ (подробнее) ФГКУ "Северо - Кавказское ТУИО" (подробнее) Федеральное государственное казенное учреждение "Северо-Кавказское территориальное управление имущественных отношений" Министерства обороны Российской Федерации (подробнее) Иные лица: ОАО "Славянка", Филиал "Ставропольский" (подробнее) Судьи дела: Маненков А.Н. (судья) Последние документы по делу: Определение от 21 декабря 2022 г. по делу № А25-1605/2014 Определение от 11 мая 2017 г. по делу № А25-1605/2014 Определение от 27 мая 2016 г. по делу № А25-1605/2014 Определение от 1 апреля 2016 г. по делу № А25-1605/2014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