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Малкову Алексею Александровичу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