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Сибирской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"Экспорт-Сити" (подробнее) Ответчики: Сибирская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