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«Медторгсервис»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"МЕДТОРГСЕРВИС" (подробнее) Ответчики: АО "Медицинская акционерная страховая компания"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