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«Форум Контракт»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