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бюджетному учреждению «Государственный региональный центр стандартизации, метрологии и испытаний в Республике Коми»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Республике Коми (подробнее) Ответчики: ООО "Частная охранная организация "Легион"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