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Вальбому Олегу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