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гестан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Диалес" (подробнее) Ответчики: Дагестан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