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"Помор-Лес" (подробнее) Ответчики: Дагестанская таможня (подробнее) Иные лица: АС Архангельской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