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«Гениус первый»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"ГЕНИУС ПЕРВЫЙ " (подробнее) Ответчики: ИФНС №13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