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«Оранжевый Сезон»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"ОРАНЖЕВЫЙ СЕЗОН" (подробнее) Ответчики: ООО "Страховая компания "Согласие"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