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«Шагъ-Ди»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"Шагъ-Ди"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