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Дагестанской таможне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"Диалес" (подробнее) Ответчики: Дагестанская таможня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