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«Ейск-книга»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Отделение Пенсионного фонда РФ по Краснодарскому краю (подробнее) ГУ Отделение ПФРФ по Краснодарскому краю (подробнее) УПФР в МО Ейский район Краснодарского края (подробнее) Ответчики: ООО "Ейск-Книга" (подробнее) Иные лица: Древлёва Т.Г.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