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Тверской области от 27.12.2021 действия финансового управляющего по выдаче доверенностей на представление его интересов на территории Франции признаны незаконными, управляющий отстранен от исполнения обязанностей в деле о банкротстве должника. Четырнадцатый арбитражный апелляционный, рассмотрев спор по правилам для суда первой инстанции, постановлением от 03.06.2022 отменил определение от 27.12.2021 и отказал в удовлетворении заявления. Арбитражный суд Северо-Западного округа постановлением от 16.08.2022 постановление апелляционного суда от 03.06.2022 оставил без изменения. В кассационной жалобе ФИО1 просит об отмене судебных актов апелляционного и окружного судов, ссылаясь на неправильную оценку действий управляющего.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применительно к статьям 20.3 , 213.9 Федерального закона от 26.10.2002 № 127-ФЗ «О несостоятельности (банкротстве)» не установил препятствий для осуществления финансируемого кредиторами зарубежного представительства финансового управляющего.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АО "Инжторгстрой" (подробнее) А/У Иванников С.А. (подробнее) ЗАО "Катэл" (подробнее) ИП Иванников С.А. (подробнее) ПАО "БАНК УРАЛСИБ" (подробнее) ПАО "Банк Уралсиб" для Гирина М.Ю. (подробнее) Союз арбитражных управляющих "Саморегулируемая организация "Северная столица" (подробнее) Союз АУ "СРО "Дело" (подробнее) Территориальный отдел социальной защиты населения г. Твери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