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2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«Виаси» удовлетворить. Предоставить обществу с ограниченной ответственностью «Виаси»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