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ТК «Алтай»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Арбитражный суд Западно-Сибирского округа (подробнее) ООО ТК АЛТАЙ (подробнее) Ответчики: Инспекция Федеральной налоговой службы по г. Сургуту Ханты-Мансийского автономного округа - Югры (подробнее) Иные лица: Управление Федеральной налоговой службы по ХМАО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