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Межмуниципальный отдел Министерства внутренних дел Российской Федерации "Торжокский" (подробнее) Ответчики: ИП Васильев Сергей Анатольевич (подробнее) Иные лица: Четырнадцатый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