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«Пожарный гарнизон – Пермь»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