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«КБС»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Южное межрегиональное управление Федеральной службы по ветеринарному и фитосанитарному надзору (подробнее) Ответчики: ООО "КБС" (подробнее) Южное межрегиональное управление Федеральной службы по ветеринарному г. Ипатовофитосанитарному надзору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