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Краснодарского края и обществу с ограниченной ответственностью «Ниагара»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"УК ТеплоСервисДом" (подробнее) ООО "Управляющая компания ТеплоСервисДом" (подробнее) Ответчики: Государственная жилищная инспекция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