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главе крестьянско-фермерского хозяйства Косиновой Альвине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