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прокуратура обратилась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22.09.2022,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прокуратуры Томской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