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24.08.2022,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«Регион-Ойл»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