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«Нэйва»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"Нэйва" (подробнее) Ответчики: АО "Анкор Банк Сбережений"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