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- Мурманскому региональному отделению Фонда социального страхования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ФГБУ "Морская спасательная служба" (подробнее) Ответчики: ГУ Мурманское региональное отделение Фонда социального страхования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