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Аввакумову Андрею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