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«Комфортные условия»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